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20"/>
      </w:pPr>
      <w:r>
        <w:drawing>
          <wp:inline xmlns:a="http://schemas.openxmlformats.org/drawingml/2006/main" xmlns:pic="http://schemas.openxmlformats.org/drawingml/2006/picture">
            <wp:extent cx="685469" cy="540000"/>
            <wp:docPr id="1" name="Picture 1"/>
            <wp:cNvGraphicFramePr>
              <a:graphicFrameLocks noChangeAspect="1"/>
            </wp:cNvGraphicFramePr>
            <a:graphic>
              <a:graphicData uri="http://schemas.openxmlformats.org/drawingml/2006/picture">
                <pic:pic>
                  <pic:nvPicPr>
                    <pic:cNvPr id="0" name="logo.png"/>
                    <pic:cNvPicPr/>
                  </pic:nvPicPr>
                  <pic:blipFill>
                    <a:blip r:embed="rId9"/>
                    <a:stretch>
                      <a:fillRect/>
                    </a:stretch>
                  </pic:blipFill>
                  <pic:spPr>
                    <a:xfrm>
                      <a:off x="0" y="0"/>
                      <a:ext cx="685469" cy="540000"/>
                    </a:xfrm>
                    <a:prstGeom prst="rect"/>
                  </pic:spPr>
                </pic:pic>
              </a:graphicData>
            </a:graphic>
          </wp:inline>
        </w:drawing>
      </w:r>
    </w:p>
    <w:p>
      <w:pPr>
        <w:pStyle w:val="Title"/>
        <w:pBdr>
          <w:bottom w:val="single" w:sz="12" w:space="4" w:color="B4B81C"/>
        </w:pBdr>
        <w:spacing w:after="240"/>
      </w:pPr>
      <w:r>
        <w:t>ECK project proposal</w:t>
      </w:r>
    </w:p>
    <w:p>
      <w:r>
        <w:t>ECK is the third-year final project of the Electrical Engineering programme at The Hague University of Applied Sciences (campus Delft, Rotterdamseweg 137). The project starts in the second semester. Please fill in this form and send it to info@dc-power-lab.com.</w:t>
      </w:r>
    </w:p>
    <w:p>
      <w:pPr>
        <w:pStyle w:val="Heading1"/>
      </w:pPr>
      <w:r>
        <w:t>What makes a good ECK project</w:t>
      </w:r>
    </w:p>
    <w:p>
      <w:pPr>
        <w:pStyle w:val="ListBullet"/>
        <w:spacing w:after="40"/>
      </w:pPr>
      <w:r>
        <w:t>A real technical question from your company.</w:t>
      </w:r>
    </w:p>
    <w:p>
      <w:pPr>
        <w:pStyle w:val="ListBullet"/>
        <w:spacing w:after="40"/>
      </w:pPr>
      <w:r>
        <w:t>A clear electrical engineering core, for example power electronics, embedded systems, measurement and control, or energy systems.</w:t>
      </w:r>
    </w:p>
    <w:p>
      <w:pPr>
        <w:pStyle w:val="ListBullet"/>
        <w:spacing w:after="40"/>
      </w:pPr>
      <w:r>
        <w:t>A concrete result the students can deliver: a prototype, measurement setup, design, simulation or advice.</w:t>
      </w:r>
    </w:p>
    <w:p>
      <w:pPr>
        <w:pStyle w:val="ListBullet"/>
        <w:spacing w:after="40"/>
      </w:pPr>
      <w:r>
        <w:t>A contact person at your company who has time for the students.</w:t>
      </w:r>
    </w:p>
    <w:p>
      <w:pPr>
        <w:pStyle w:val="ListBullet"/>
        <w:spacing w:after="40"/>
      </w:pPr>
      <w:r>
        <w:t>A scope that fits one semester.</w:t>
      </w:r>
    </w:p>
    <w:p>
      <w:pPr>
        <w:spacing w:before="160"/>
      </w:pPr>
      <w:r>
        <w:rPr>
          <w:i/>
          <w:color w:val="808080"/>
        </w:rPr>
        <w:t>Replace the grey text with your own.</w:t>
      </w:r>
    </w:p>
    <w:p>
      <w:pPr>
        <w:pStyle w:val="Heading1"/>
      </w:pPr>
      <w:r>
        <w:t>1. Company</w:t>
      </w:r>
    </w:p>
    <w:tbl>
      <w:tblPr>
        <w:tblW w:type="auto" w:w="0"/>
        <w:jc w:val="center"/>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Pr>
      <w:tblGrid>
        <w:gridCol w:w="4536"/>
        <w:gridCol w:w="4536"/>
      </w:tblGrid>
      <w:tr>
        <w:tc>
          <w:tcPr>
            <w:tcW w:type="dxa" w:w="2835"/>
            <w:shd w:val="clear" w:color="auto" w:fill="EEF1F3"/>
          </w:tcPr>
          <w:p>
            <w:pPr>
              <w:spacing w:before="60" w:after="60"/>
            </w:pPr>
            <w:r>
              <w:rPr>
                <w:b/>
                <w:color w:val="203444"/>
              </w:rPr>
              <w:t>Company name</w:t>
            </w:r>
          </w:p>
        </w:tc>
        <w:tc>
          <w:tcPr>
            <w:tcW w:type="dxa" w:w="6236"/>
          </w:tcPr>
          <w:p>
            <w:pPr>
              <w:spacing w:before="60" w:after="60"/>
            </w:pPr>
            <w:r>
              <w:rPr>
                <w:i/>
                <w:color w:val="808080"/>
              </w:rPr>
              <w:t>Name of your company</w:t>
            </w:r>
          </w:p>
        </w:tc>
      </w:tr>
      <w:tr>
        <w:tc>
          <w:tcPr>
            <w:tcW w:type="dxa" w:w="2835"/>
            <w:shd w:val="clear" w:color="auto" w:fill="EEF1F3"/>
          </w:tcPr>
          <w:p>
            <w:pPr>
              <w:spacing w:before="60" w:after="60"/>
            </w:pPr>
            <w:r>
              <w:rPr>
                <w:b/>
                <w:color w:val="203444"/>
              </w:rPr>
              <w:t>Address</w:t>
            </w:r>
          </w:p>
        </w:tc>
        <w:tc>
          <w:tcPr>
            <w:tcW w:type="dxa" w:w="6236"/>
          </w:tcPr>
          <w:p>
            <w:pPr>
              <w:spacing w:before="60" w:after="60"/>
            </w:pPr>
            <w:r>
              <w:rPr>
                <w:i/>
                <w:color w:val="808080"/>
              </w:rPr>
              <w:t>Street, number, postcode, city</w:t>
            </w:r>
          </w:p>
        </w:tc>
      </w:tr>
      <w:tr>
        <w:tc>
          <w:tcPr>
            <w:tcW w:type="dxa" w:w="2835"/>
            <w:shd w:val="clear" w:color="auto" w:fill="EEF1F3"/>
          </w:tcPr>
          <w:p>
            <w:pPr>
              <w:spacing w:before="60" w:after="60"/>
            </w:pPr>
            <w:r>
              <w:rPr>
                <w:b/>
                <w:color w:val="203444"/>
              </w:rPr>
              <w:t>Website</w:t>
            </w:r>
          </w:p>
        </w:tc>
        <w:tc>
          <w:tcPr>
            <w:tcW w:type="dxa" w:w="6236"/>
          </w:tcPr>
          <w:p>
            <w:pPr>
              <w:spacing w:before="60" w:after="60"/>
            </w:pPr>
            <w:r>
              <w:rPr>
                <w:i/>
                <w:color w:val="808080"/>
              </w:rPr>
              <w:t>www.example.com</w:t>
            </w:r>
          </w:p>
        </w:tc>
      </w:tr>
      <w:tr>
        <w:tc>
          <w:tcPr>
            <w:tcW w:type="dxa" w:w="2835"/>
            <w:shd w:val="clear" w:color="auto" w:fill="EEF1F3"/>
          </w:tcPr>
          <w:p>
            <w:pPr>
              <w:spacing w:before="60" w:after="60"/>
            </w:pPr>
            <w:r>
              <w:rPr>
                <w:b/>
                <w:color w:val="203444"/>
              </w:rPr>
              <w:t>Contact person</w:t>
            </w:r>
          </w:p>
        </w:tc>
        <w:tc>
          <w:tcPr>
            <w:tcW w:type="dxa" w:w="6236"/>
          </w:tcPr>
          <w:p>
            <w:pPr>
              <w:spacing w:before="60" w:after="60"/>
            </w:pPr>
            <w:r>
              <w:rPr>
                <w:i/>
                <w:color w:val="808080"/>
              </w:rPr>
              <w:t>First and last name</w:t>
            </w:r>
          </w:p>
        </w:tc>
      </w:tr>
      <w:tr>
        <w:tc>
          <w:tcPr>
            <w:tcW w:type="dxa" w:w="2835"/>
            <w:shd w:val="clear" w:color="auto" w:fill="EEF1F3"/>
          </w:tcPr>
          <w:p>
            <w:pPr>
              <w:spacing w:before="60" w:after="60"/>
            </w:pPr>
            <w:r>
              <w:rPr>
                <w:b/>
                <w:color w:val="203444"/>
              </w:rPr>
              <w:t>Role</w:t>
            </w:r>
          </w:p>
        </w:tc>
        <w:tc>
          <w:tcPr>
            <w:tcW w:type="dxa" w:w="6236"/>
          </w:tcPr>
          <w:p>
            <w:pPr>
              <w:spacing w:before="60" w:after="60"/>
            </w:pPr>
            <w:r>
              <w:rPr>
                <w:i/>
                <w:color w:val="808080"/>
              </w:rPr>
              <w:t>Role of the contact person</w:t>
            </w:r>
          </w:p>
        </w:tc>
      </w:tr>
      <w:tr>
        <w:tc>
          <w:tcPr>
            <w:tcW w:type="dxa" w:w="2835"/>
            <w:shd w:val="clear" w:color="auto" w:fill="EEF1F3"/>
          </w:tcPr>
          <w:p>
            <w:pPr>
              <w:spacing w:before="60" w:after="60"/>
            </w:pPr>
            <w:r>
              <w:rPr>
                <w:b/>
                <w:color w:val="203444"/>
              </w:rPr>
              <w:t>Email</w:t>
            </w:r>
          </w:p>
        </w:tc>
        <w:tc>
          <w:tcPr>
            <w:tcW w:type="dxa" w:w="6236"/>
          </w:tcPr>
          <w:p>
            <w:pPr>
              <w:spacing w:before="60" w:after="60"/>
            </w:pPr>
            <w:r>
              <w:rPr>
                <w:i/>
                <w:color w:val="808080"/>
              </w:rPr>
              <w:t>name@company.com</w:t>
            </w:r>
          </w:p>
        </w:tc>
      </w:tr>
      <w:tr>
        <w:tc>
          <w:tcPr>
            <w:tcW w:type="dxa" w:w="2835"/>
            <w:shd w:val="clear" w:color="auto" w:fill="EEF1F3"/>
          </w:tcPr>
          <w:p>
            <w:pPr>
              <w:spacing w:before="60" w:after="60"/>
            </w:pPr>
            <w:r>
              <w:rPr>
                <w:b/>
                <w:color w:val="203444"/>
              </w:rPr>
              <w:t>Phone</w:t>
            </w:r>
          </w:p>
        </w:tc>
        <w:tc>
          <w:tcPr>
            <w:tcW w:type="dxa" w:w="6236"/>
          </w:tcPr>
          <w:p>
            <w:pPr>
              <w:spacing w:before="60" w:after="60"/>
            </w:pPr>
            <w:r>
              <w:rPr>
                <w:i/>
                <w:color w:val="808080"/>
              </w:rPr>
              <w:t>Phone number</w:t>
            </w:r>
          </w:p>
        </w:tc>
      </w:tr>
    </w:tbl>
    <w:p>
      <w:pPr>
        <w:pStyle w:val="Heading1"/>
      </w:pPr>
      <w:r>
        <w:t>2. Project title</w:t>
      </w:r>
    </w:p>
    <w:tbl>
      <w:tblPr>
        <w:tblW w:type="auto" w:w="0"/>
        <w:jc w:val="center"/>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Pr>
      <w:tblGrid>
        <w:gridCol w:w="9072"/>
      </w:tblGrid>
      <w:tr>
        <w:tc>
          <w:tcPr>
            <w:tcW w:type="dxa" w:w="9071"/>
          </w:tcPr>
          <w:p>
            <w:pPr>
              <w:spacing w:before="60" w:after="60"/>
            </w:pPr>
            <w:r>
              <w:rPr>
                <w:i/>
                <w:color w:val="808080"/>
              </w:rPr>
              <w:t>A short, clear title for the assignment</w:t>
            </w:r>
          </w:p>
        </w:tc>
      </w:tr>
    </w:tbl>
    <w:p>
      <w:pPr>
        <w:pStyle w:val="Heading1"/>
      </w:pPr>
      <w:r>
        <w:t>3. Background</w:t>
      </w:r>
    </w:p>
    <w:tbl>
      <w:tblPr>
        <w:tblW w:type="auto" w:w="0"/>
        <w:jc w:val="center"/>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Pr>
      <w:tblGrid>
        <w:gridCol w:w="9072"/>
      </w:tblGrid>
      <w:tr>
        <w:tc>
          <w:tcPr>
            <w:tcW w:type="dxa" w:w="9071"/>
          </w:tcPr>
          <w:p>
            <w:pPr>
              <w:spacing w:before="60" w:after="60"/>
            </w:pPr>
            <w:r>
              <w:rPr>
                <w:i/>
                <w:color w:val="808080"/>
              </w:rPr>
              <w:t>What does your company do, and what is the context of the problem?</w:t>
            </w:r>
          </w:p>
          <w:p>
            <w:pPr>
              <w:spacing w:before="60" w:after="60"/>
            </w:pPr>
          </w:p>
          <w:p>
            <w:pPr>
              <w:spacing w:before="60" w:after="60"/>
            </w:pPr>
          </w:p>
          <w:p>
            <w:pPr>
              <w:spacing w:before="60" w:after="60"/>
            </w:pPr>
          </w:p>
        </w:tc>
      </w:tr>
    </w:tbl>
    <w:p>
      <w:pPr>
        <w:pStyle w:val="Heading1"/>
      </w:pPr>
      <w:r>
        <w:t>4. Assignment</w:t>
      </w:r>
    </w:p>
    <w:tbl>
      <w:tblPr>
        <w:tblW w:type="auto" w:w="0"/>
        <w:jc w:val="center"/>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Pr>
      <w:tblGrid>
        <w:gridCol w:w="9072"/>
      </w:tblGrid>
      <w:tr>
        <w:tc>
          <w:tcPr>
            <w:tcW w:type="dxa" w:w="9071"/>
          </w:tcPr>
          <w:p>
            <w:pPr>
              <w:spacing w:before="60" w:after="60"/>
            </w:pPr>
            <w:r>
              <w:rPr>
                <w:i/>
                <w:color w:val="808080"/>
              </w:rPr>
              <w:t>What problem or question should the students work on?</w:t>
            </w:r>
          </w:p>
          <w:p>
            <w:pPr>
              <w:spacing w:before="60" w:after="60"/>
            </w:pPr>
          </w:p>
          <w:p>
            <w:pPr>
              <w:spacing w:before="60" w:after="60"/>
            </w:pPr>
          </w:p>
          <w:p>
            <w:pPr>
              <w:spacing w:before="60" w:after="60"/>
            </w:pPr>
          </w:p>
        </w:tc>
      </w:tr>
    </w:tbl>
    <w:p>
      <w:pPr>
        <w:pStyle w:val="Heading1"/>
      </w:pPr>
      <w:r>
        <w:t>5. Expected results / deliverables</w:t>
      </w:r>
    </w:p>
    <w:tbl>
      <w:tblPr>
        <w:tblW w:type="auto" w:w="0"/>
        <w:jc w:val="center"/>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Pr>
      <w:tblGrid>
        <w:gridCol w:w="9072"/>
      </w:tblGrid>
      <w:tr>
        <w:tc>
          <w:tcPr>
            <w:tcW w:type="dxa" w:w="9071"/>
          </w:tcPr>
          <w:p>
            <w:pPr>
              <w:spacing w:before="60" w:after="60"/>
            </w:pPr>
            <w:r>
              <w:rPr>
                <w:i/>
                <w:color w:val="808080"/>
              </w:rPr>
              <w:t>What should the students deliver? For example a prototype, measurement setup, design, simulation or advice.</w:t>
            </w:r>
          </w:p>
          <w:p>
            <w:pPr>
              <w:spacing w:before="60" w:after="60"/>
            </w:pPr>
          </w:p>
          <w:p>
            <w:pPr>
              <w:spacing w:before="60" w:after="60"/>
            </w:pPr>
          </w:p>
          <w:p>
            <w:pPr>
              <w:spacing w:before="60" w:after="60"/>
            </w:pPr>
          </w:p>
        </w:tc>
      </w:tr>
    </w:tbl>
    <w:p>
      <w:pPr>
        <w:pStyle w:val="Heading1"/>
      </w:pPr>
      <w:r>
        <w:t>6. Electrical engineering topics</w:t>
      </w:r>
    </w:p>
    <w:tbl>
      <w:tblPr>
        <w:tblW w:type="auto" w:w="0"/>
        <w:jc w:val="center"/>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Pr>
      <w:tblGrid>
        <w:gridCol w:w="9072"/>
      </w:tblGrid>
      <w:tr>
        <w:tc>
          <w:tcPr>
            <w:tcW w:type="dxa" w:w="9071"/>
          </w:tcPr>
          <w:p>
            <w:pPr>
              <w:spacing w:before="60" w:after="60"/>
            </w:pPr>
            <w:r>
              <w:t>☐ Power electronics</w:t>
            </w:r>
          </w:p>
          <w:p>
            <w:pPr>
              <w:spacing w:before="60" w:after="60"/>
            </w:pPr>
            <w:r>
              <w:t>☐ Embedded systems / microcontrollers</w:t>
            </w:r>
          </w:p>
          <w:p>
            <w:pPr>
              <w:spacing w:before="60" w:after="60"/>
            </w:pPr>
            <w:r>
              <w:t>☐ Measurement and control</w:t>
            </w:r>
          </w:p>
          <w:p>
            <w:pPr>
              <w:spacing w:before="60" w:after="60"/>
            </w:pPr>
            <w:r>
              <w:t>☐ Energy systems / grids</w:t>
            </w:r>
          </w:p>
          <w:p>
            <w:pPr>
              <w:spacing w:before="60" w:after="60"/>
            </w:pPr>
            <w:r>
              <w:t>☐ Electrical machines and drives</w:t>
            </w:r>
          </w:p>
          <w:p>
            <w:pPr>
              <w:spacing w:before="60" w:after="60"/>
            </w:pPr>
            <w:r>
              <w:t>☐ PCB design</w:t>
            </w:r>
          </w:p>
          <w:p>
            <w:pPr>
              <w:spacing w:before="60" w:after="60"/>
            </w:pPr>
            <w:r>
              <w:t>☐ Simulation / modelling</w:t>
            </w:r>
          </w:p>
          <w:p>
            <w:pPr>
              <w:spacing w:before="60" w:after="60"/>
            </w:pPr>
            <w:r>
              <w:t>☐ Data / software</w:t>
            </w:r>
          </w:p>
          <w:p>
            <w:pPr>
              <w:spacing w:before="60" w:after="60"/>
            </w:pPr>
            <w:r>
              <w:t>☐ Other: ...</w:t>
            </w:r>
          </w:p>
        </w:tc>
      </w:tr>
    </w:tbl>
    <w:p>
      <w:pPr>
        <w:pStyle w:val="Heading1"/>
      </w:pPr>
      <w:r>
        <w:t>7. Required knowledge or skills</w:t>
      </w:r>
    </w:p>
    <w:tbl>
      <w:tblPr>
        <w:tblW w:type="auto" w:w="0"/>
        <w:jc w:val="center"/>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Pr>
      <w:tblGrid>
        <w:gridCol w:w="9072"/>
      </w:tblGrid>
      <w:tr>
        <w:tc>
          <w:tcPr>
            <w:tcW w:type="dxa" w:w="9071"/>
          </w:tcPr>
          <w:p>
            <w:pPr>
              <w:spacing w:before="60" w:after="60"/>
            </w:pPr>
            <w:r>
              <w:rPr>
                <w:i/>
                <w:color w:val="808080"/>
              </w:rPr>
              <w:t>What knowledge or skills do the students need?</w:t>
            </w:r>
          </w:p>
          <w:p>
            <w:pPr>
              <w:spacing w:before="60" w:after="60"/>
            </w:pPr>
          </w:p>
          <w:p>
            <w:pPr>
              <w:spacing w:before="60" w:after="60"/>
            </w:pPr>
          </w:p>
          <w:p>
            <w:pPr>
              <w:spacing w:before="60" w:after="60"/>
            </w:pPr>
          </w:p>
        </w:tc>
      </w:tr>
    </w:tbl>
    <w:p>
      <w:pPr>
        <w:pStyle w:val="Heading1"/>
      </w:pPr>
      <w:r>
        <w:t>8. Facilities and location</w:t>
      </w:r>
    </w:p>
    <w:tbl>
      <w:tblPr>
        <w:tblW w:type="auto" w:w="0"/>
        <w:jc w:val="center"/>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Pr>
      <w:tblGrid>
        <w:gridCol w:w="4536"/>
        <w:gridCol w:w="4536"/>
      </w:tblGrid>
      <w:tr>
        <w:tc>
          <w:tcPr>
            <w:tcW w:type="dxa" w:w="2835"/>
            <w:shd w:val="clear" w:color="auto" w:fill="EEF1F3"/>
          </w:tcPr>
          <w:p>
            <w:pPr>
              <w:spacing w:before="60" w:after="60"/>
            </w:pPr>
            <w:r>
              <w:rPr>
                <w:b/>
                <w:color w:val="203444"/>
              </w:rPr>
              <w:t>Facilities</w:t>
            </w:r>
          </w:p>
        </w:tc>
        <w:tc>
          <w:tcPr>
            <w:tcW w:type="dxa" w:w="6236"/>
          </w:tcPr>
          <w:p>
            <w:pPr>
              <w:spacing w:before="60" w:after="60"/>
            </w:pPr>
            <w:r>
              <w:rPr>
                <w:i/>
                <w:color w:val="808080"/>
              </w:rPr>
              <w:t>What do you provide? For example a lab, equipment, components or a workplace.</w:t>
            </w:r>
          </w:p>
        </w:tc>
      </w:tr>
      <w:tr>
        <w:tc>
          <w:tcPr>
            <w:tcW w:type="dxa" w:w="2835"/>
            <w:shd w:val="clear" w:color="auto" w:fill="EEF1F3"/>
          </w:tcPr>
          <w:p>
            <w:pPr>
              <w:spacing w:before="60" w:after="60"/>
            </w:pPr>
            <w:r>
              <w:rPr>
                <w:b/>
                <w:color w:val="203444"/>
              </w:rPr>
              <w:t>Where does the work take place?</w:t>
            </w:r>
          </w:p>
        </w:tc>
        <w:tc>
          <w:tcPr>
            <w:tcW w:type="dxa" w:w="6236"/>
          </w:tcPr>
          <w:p>
            <w:pPr>
              <w:spacing w:before="60" w:after="60"/>
            </w:pPr>
            <w:r>
              <w:t>☐ At the company</w:t>
            </w:r>
          </w:p>
          <w:p>
            <w:pPr>
              <w:spacing w:before="60" w:after="60"/>
            </w:pPr>
            <w:r>
              <w:t>☐ In the lab at THUAS</w:t>
            </w:r>
          </w:p>
          <w:p>
            <w:pPr>
              <w:spacing w:before="60" w:after="60"/>
            </w:pPr>
            <w:r>
              <w:t>☐ Hybrid</w:t>
            </w:r>
          </w:p>
        </w:tc>
      </w:tr>
    </w:tbl>
    <w:p>
      <w:pPr>
        <w:pStyle w:val="Heading1"/>
      </w:pPr>
      <w:r>
        <w:t>9. Supervision at the company</w:t>
      </w:r>
    </w:p>
    <w:tbl>
      <w:tblPr>
        <w:tblW w:type="auto" w:w="0"/>
        <w:jc w:val="center"/>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Pr>
      <w:tblGrid>
        <w:gridCol w:w="4536"/>
        <w:gridCol w:w="4536"/>
      </w:tblGrid>
      <w:tr>
        <w:tc>
          <w:tcPr>
            <w:tcW w:type="dxa" w:w="2835"/>
            <w:shd w:val="clear" w:color="auto" w:fill="EEF1F3"/>
          </w:tcPr>
          <w:p>
            <w:pPr>
              <w:spacing w:before="60" w:after="60"/>
            </w:pPr>
            <w:r>
              <w:rPr>
                <w:b/>
                <w:color w:val="203444"/>
              </w:rPr>
              <w:t>Supervisor name</w:t>
            </w:r>
          </w:p>
        </w:tc>
        <w:tc>
          <w:tcPr>
            <w:tcW w:type="dxa" w:w="6236"/>
          </w:tcPr>
          <w:p>
            <w:pPr>
              <w:spacing w:before="60" w:after="60"/>
            </w:pPr>
            <w:r>
              <w:rPr>
                <w:i/>
                <w:color w:val="808080"/>
              </w:rPr>
              <w:t>First and last name</w:t>
            </w:r>
          </w:p>
        </w:tc>
      </w:tr>
      <w:tr>
        <w:tc>
          <w:tcPr>
            <w:tcW w:type="dxa" w:w="2835"/>
            <w:shd w:val="clear" w:color="auto" w:fill="EEF1F3"/>
          </w:tcPr>
          <w:p>
            <w:pPr>
              <w:spacing w:before="60" w:after="60"/>
            </w:pPr>
            <w:r>
              <w:rPr>
                <w:b/>
                <w:color w:val="203444"/>
              </w:rPr>
              <w:t>Availability</w:t>
            </w:r>
          </w:p>
        </w:tc>
        <w:tc>
          <w:tcPr>
            <w:tcW w:type="dxa" w:w="6236"/>
          </w:tcPr>
          <w:p>
            <w:pPr>
              <w:spacing w:before="60" w:after="60"/>
            </w:pPr>
            <w:r>
              <w:rPr>
                <w:i/>
                <w:color w:val="808080"/>
              </w:rPr>
              <w:t>How much time does the supervisor have for the students, and when?</w:t>
            </w:r>
          </w:p>
        </w:tc>
      </w:tr>
    </w:tbl>
    <w:p>
      <w:pPr>
        <w:pStyle w:val="Heading1"/>
      </w:pPr>
      <w:r>
        <w:t>10. Confidentiality / intellectual property</w:t>
      </w:r>
    </w:p>
    <w:tbl>
      <w:tblPr>
        <w:tblW w:type="auto" w:w="0"/>
        <w:jc w:val="center"/>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Pr>
      <w:tblGrid>
        <w:gridCol w:w="4536"/>
        <w:gridCol w:w="4536"/>
      </w:tblGrid>
      <w:tr>
        <w:tc>
          <w:tcPr>
            <w:tcW w:type="dxa" w:w="2835"/>
            <w:shd w:val="clear" w:color="auto" w:fill="EEF1F3"/>
          </w:tcPr>
          <w:p>
            <w:pPr>
              <w:spacing w:before="60" w:after="60"/>
            </w:pPr>
            <w:r>
              <w:rPr>
                <w:b/>
                <w:color w:val="203444"/>
              </w:rPr>
              <w:t>Agreements needed?</w:t>
            </w:r>
          </w:p>
        </w:tc>
        <w:tc>
          <w:tcPr>
            <w:tcW w:type="dxa" w:w="6236"/>
          </w:tcPr>
          <w:p>
            <w:pPr>
              <w:spacing w:before="60" w:after="60"/>
            </w:pPr>
            <w:r>
              <w:t>☐ Yes     ☐ No</w:t>
            </w:r>
          </w:p>
        </w:tc>
      </w:tr>
      <w:tr>
        <w:tc>
          <w:tcPr>
            <w:tcW w:type="dxa" w:w="2835"/>
            <w:shd w:val="clear" w:color="auto" w:fill="EEF1F3"/>
          </w:tcPr>
          <w:p>
            <w:pPr>
              <w:spacing w:before="60" w:after="60"/>
            </w:pPr>
            <w:r>
              <w:rPr>
                <w:b/>
                <w:color w:val="203444"/>
              </w:rPr>
              <w:t>Explanation</w:t>
            </w:r>
          </w:p>
        </w:tc>
        <w:tc>
          <w:tcPr>
            <w:tcW w:type="dxa" w:w="6236"/>
          </w:tcPr>
          <w:p>
            <w:pPr>
              <w:spacing w:before="60" w:after="60"/>
            </w:pPr>
            <w:r>
              <w:rPr>
                <w:i/>
                <w:color w:val="808080"/>
              </w:rPr>
              <w:t>For example a non-disclosure agreement or agreements on ownership of the results.</w:t>
            </w:r>
          </w:p>
        </w:tc>
      </w:tr>
    </w:tbl>
    <w:p>
      <w:pPr>
        <w:pStyle w:val="Heading1"/>
      </w:pPr>
      <w:r>
        <w:t>11. Preferred start and deadlines</w:t>
      </w:r>
    </w:p>
    <w:tbl>
      <w:tblPr>
        <w:tblW w:type="auto" w:w="0"/>
        <w:jc w:val="center"/>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Pr>
      <w:tblGrid>
        <w:gridCol w:w="4536"/>
        <w:gridCol w:w="4536"/>
      </w:tblGrid>
      <w:tr>
        <w:tc>
          <w:tcPr>
            <w:tcW w:type="dxa" w:w="2835"/>
            <w:shd w:val="clear" w:color="auto" w:fill="EEF1F3"/>
          </w:tcPr>
          <w:p>
            <w:pPr>
              <w:spacing w:before="60" w:after="60"/>
            </w:pPr>
            <w:r>
              <w:rPr>
                <w:b/>
                <w:color w:val="203444"/>
              </w:rPr>
              <w:t>Preferred start</w:t>
            </w:r>
          </w:p>
        </w:tc>
        <w:tc>
          <w:tcPr>
            <w:tcW w:type="dxa" w:w="6236"/>
          </w:tcPr>
          <w:p>
            <w:pPr>
              <w:spacing w:before="60" w:after="60"/>
            </w:pPr>
            <w:r>
              <w:rPr>
                <w:i/>
                <w:color w:val="808080"/>
              </w:rPr>
              <w:t>Second semester</w:t>
            </w:r>
          </w:p>
        </w:tc>
      </w:tr>
      <w:tr>
        <w:tc>
          <w:tcPr>
            <w:tcW w:type="dxa" w:w="2835"/>
            <w:shd w:val="clear" w:color="auto" w:fill="EEF1F3"/>
          </w:tcPr>
          <w:p>
            <w:pPr>
              <w:spacing w:before="60" w:after="60"/>
            </w:pPr>
            <w:r>
              <w:rPr>
                <w:b/>
                <w:color w:val="203444"/>
              </w:rPr>
              <w:t>Deadlines</w:t>
            </w:r>
          </w:p>
        </w:tc>
        <w:tc>
          <w:tcPr>
            <w:tcW w:type="dxa" w:w="6236"/>
          </w:tcPr>
          <w:p>
            <w:pPr>
              <w:spacing w:before="60" w:after="60"/>
            </w:pPr>
            <w:r>
              <w:rPr>
                <w:i/>
                <w:color w:val="808080"/>
              </w:rPr>
              <w:t>Are there any dates the project needs to take into account?</w:t>
            </w:r>
          </w:p>
        </w:tc>
      </w:tr>
    </w:tbl>
    <w:p>
      <w:pPr>
        <w:pStyle w:val="Heading1"/>
      </w:pPr>
      <w:r>
        <w:t>12. Anything else</w:t>
      </w:r>
    </w:p>
    <w:tbl>
      <w:tblPr>
        <w:tblW w:type="auto" w:w="0"/>
        <w:jc w:val="center"/>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Pr>
      <w:tblGrid>
        <w:gridCol w:w="9072"/>
      </w:tblGrid>
      <w:tr>
        <w:tc>
          <w:tcPr>
            <w:tcW w:type="dxa" w:w="9071"/>
          </w:tcPr>
          <w:p>
            <w:pPr>
              <w:spacing w:before="60" w:after="60"/>
            </w:pPr>
            <w:r>
              <w:rPr>
                <w:i/>
                <w:color w:val="808080"/>
              </w:rPr>
              <w:t>Anything else you would like to tell us?</w:t>
            </w:r>
          </w:p>
          <w:p>
            <w:pPr>
              <w:spacing w:before="60" w:after="60"/>
            </w:pPr>
          </w:p>
          <w:p>
            <w:pPr>
              <w:spacing w:before="60" w:after="60"/>
            </w:pPr>
          </w:p>
          <w:p>
            <w:pPr>
              <w:spacing w:before="60" w:after="60"/>
            </w:pPr>
          </w:p>
        </w:tc>
      </w:tr>
    </w:tbl>
    <w:sectPr w:rsidR="00FC693F" w:rsidRPr="0006063C" w:rsidSect="00034616">
      <w:footerReference w:type="default" r:id="rId10"/>
      <w:pgSz w:w="11906" w:h="16838"/>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808080"/>
        <w:sz w:val="17"/>
      </w:rPr>
      <w:t>DC Power Laboratory, The Hague University of Applied Sciences · info@dc-power-lab.com</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Calibri" w:hAnsi="Calibri" w:cs="Calibri" w:eastAsia="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80"/>
      <w:outlineLvl w:val="0"/>
    </w:pPr>
    <w:rPr>
      <w:rFonts w:ascii="Calibri" w:hAnsi="Calibri" w:cs="Calibri" w:eastAsia="Calibri"/>
      <w:b/>
      <w:bCs/>
      <w:color w:val="203444"/>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Calibri" w:hAnsi="Calibri" w:cs="Calibri" w:eastAsia="Calibri"/>
      <w:b/>
      <w:bCs/>
      <w:color w:val="203444"/>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Calibri" w:hAnsi="Calibri" w:cs="Calibri" w:eastAsia="Calibri"/>
      <w:b/>
      <w:color w:val="203444"/>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Calibri" w:hAnsi="Calibri" w:cs="Calibri" w:eastAsia="Calibri"/>
      <w:sz w:val="21"/>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ECK project proposal</dc:title>
  <dc:subject/>
  <dc:creator>DC Power Laboratory</dc:creator>
  <cp:keywords/>
  <dc:description>generated by python-docx</dc:description>
  <cp:lastModifiedBy/>
  <cp:revision>1</cp:revision>
  <dcterms:created xsi:type="dcterms:W3CDTF">2013-12-23T23:15:00Z</dcterms:created>
  <dcterms:modified xsi:type="dcterms:W3CDTF">2013-12-23T23:15:00Z</dcterms:modified>
  <cp:category/>
</cp:coreProperties>
</file>